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EBB" w:rsidRDefault="00C92EBB">
      <w:pPr>
        <w:jc w:val="both"/>
        <w:rPr>
          <w:b/>
          <w:lang w:val="it-IT"/>
        </w:rPr>
      </w:pPr>
    </w:p>
    <w:p w:rsidR="00BB4DA5" w:rsidRPr="00C92EBB" w:rsidRDefault="004E3132">
      <w:pPr>
        <w:jc w:val="center"/>
        <w:rPr>
          <w:lang w:val="it-IT"/>
        </w:rPr>
      </w:pPr>
      <w:bookmarkStart w:id="0" w:name="_GoBack"/>
      <w:bookmarkEnd w:id="0"/>
      <w:r w:rsidRPr="00C92EBB">
        <w:rPr>
          <w:b/>
          <w:sz w:val="30"/>
          <w:lang w:val="it-IT"/>
        </w:rPr>
        <w:t>ALLEGATO A - ISTANZA DI PARTECIPAZIONE</w:t>
      </w:r>
    </w:p>
    <w:p w:rsidR="00BB4DA5" w:rsidRPr="00C92EBB" w:rsidRDefault="004E3132">
      <w:pPr>
        <w:jc w:val="center"/>
        <w:rPr>
          <w:lang w:val="it-IT"/>
        </w:rPr>
      </w:pPr>
      <w:r w:rsidRPr="00C92EBB">
        <w:rPr>
          <w:b/>
          <w:lang w:val="it-IT"/>
        </w:rPr>
        <w:t>Manifestazione di interesse per l</w:t>
      </w:r>
      <w:r w:rsidRPr="00C92EBB">
        <w:rPr>
          <w:b/>
          <w:lang w:val="it-IT"/>
        </w:rPr>
        <w:t>’individuazione di un partenariato e l’attivazione di un percorso di coprogettazione - D.D. Regione Campania n. 281/2026</w:t>
      </w:r>
    </w:p>
    <w:p w:rsidR="00BB4DA5" w:rsidRPr="00C92EBB" w:rsidRDefault="004E3132">
      <w:pPr>
        <w:jc w:val="right"/>
        <w:rPr>
          <w:lang w:val="it-IT"/>
        </w:rPr>
      </w:pPr>
      <w:r w:rsidRPr="00C92EBB">
        <w:rPr>
          <w:lang w:val="it-IT"/>
        </w:rPr>
        <w:t>Alla cortese attenzione dell’Ambito Territoriale C06 - Comune di Aversa capofila</w:t>
      </w:r>
      <w:r w:rsidRPr="00C92EBB">
        <w:rPr>
          <w:lang w:val="it-IT"/>
        </w:rPr>
        <w:br/>
        <w:t>PEC: protocollo@pec.comune.aversa.ce.it</w:t>
      </w:r>
    </w:p>
    <w:p w:rsidR="00BB4DA5" w:rsidRPr="00C92EBB" w:rsidRDefault="004E3132">
      <w:pPr>
        <w:pStyle w:val="Titolo1"/>
        <w:rPr>
          <w:lang w:val="it-IT"/>
        </w:rPr>
      </w:pPr>
      <w:r w:rsidRPr="00C92EBB">
        <w:rPr>
          <w:lang w:val="it-IT"/>
        </w:rPr>
        <w:t>1. Dati dell’E</w:t>
      </w:r>
      <w:r w:rsidRPr="00C92EBB">
        <w:rPr>
          <w:lang w:val="it-IT"/>
        </w:rPr>
        <w:t>TS proponente e futuro capofila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proofErr w:type="spellStart"/>
            <w:r>
              <w:t>Denominazione</w:t>
            </w:r>
            <w:proofErr w:type="spellEnd"/>
            <w:r>
              <w:t xml:space="preserve"> ETS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Forma giuridica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Codice fiscale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Partita IVA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 w:rsidRPr="00C92EBB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4E3132">
            <w:pPr>
              <w:rPr>
                <w:lang w:val="it-IT"/>
              </w:rPr>
            </w:pPr>
            <w:r w:rsidRPr="00C92EBB">
              <w:rPr>
                <w:lang w:val="it-IT"/>
              </w:rPr>
              <w:t>N. repertorio RUNTS e data iscrizione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BB4DA5">
            <w:pPr>
              <w:rPr>
                <w:lang w:val="it-IT"/>
              </w:rPr>
            </w:pPr>
          </w:p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proofErr w:type="spellStart"/>
            <w:r>
              <w:t>Sede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Sede operativa in Campania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PEC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E-mail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Telefono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Legale rappresentante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4986" w:type="dxa"/>
            <w:shd w:val="clear" w:color="auto" w:fill="EAEAE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 xml:space="preserve">Codice fiscale legale </w:t>
            </w:r>
            <w:r>
              <w:t>rappresentante</w:t>
            </w:r>
          </w:p>
        </w:tc>
        <w:tc>
          <w:tcPr>
            <w:tcW w:w="49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</w:tbl>
    <w:p w:rsidR="00BB4DA5" w:rsidRDefault="004E3132">
      <w:pPr>
        <w:pStyle w:val="Titolo1"/>
      </w:pPr>
      <w:r>
        <w:t>2. Richiesta</w:t>
      </w:r>
    </w:p>
    <w:p w:rsidR="00BB4DA5" w:rsidRPr="00C92EBB" w:rsidRDefault="004E3132">
      <w:pPr>
        <w:jc w:val="both"/>
        <w:rPr>
          <w:lang w:val="it-IT"/>
        </w:rPr>
      </w:pPr>
      <w:r w:rsidRPr="00C92EBB">
        <w:rPr>
          <w:lang w:val="it-IT"/>
        </w:rPr>
        <w:t>Il/La sottoscritto/a, in qualità di legale rappresentante dell’ETS sopra indicato, CHIEDE di partecipare alla procedura pubblica dell’Ambito C06 per l’individuazione di un partenariato e l’attivazione del percorso di coprogett</w:t>
      </w:r>
      <w:r w:rsidRPr="00C92EBB">
        <w:rPr>
          <w:lang w:val="it-IT"/>
        </w:rPr>
        <w:t>azione finalizzato alla presentazione di una candidatura a valere sull’Avviso Regione Campania approvato con D.D. n. 281 del 24/07/2026 e, a tal fine, indica il proprio Ente quale futuro CAPOFILA e beneficiario della candidatura regionale.</w:t>
      </w:r>
    </w:p>
    <w:p w:rsidR="00BB4DA5" w:rsidRPr="00C92EBB" w:rsidRDefault="004E3132">
      <w:pPr>
        <w:pStyle w:val="Titolo1"/>
        <w:rPr>
          <w:lang w:val="it-IT"/>
        </w:rPr>
      </w:pPr>
      <w:r w:rsidRPr="00C92EBB">
        <w:rPr>
          <w:lang w:val="it-IT"/>
        </w:rPr>
        <w:lastRenderedPageBreak/>
        <w:t xml:space="preserve">3. Composizione </w:t>
      </w:r>
      <w:r w:rsidRPr="00C92EBB">
        <w:rPr>
          <w:lang w:val="it-IT"/>
        </w:rPr>
        <w:t>del raggruppamento candidato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Il raggruppamento è: ☐ già costituito   ☐ costituendo</w:t>
      </w:r>
    </w:p>
    <w:p w:rsidR="00BB4DA5" w:rsidRDefault="004E3132">
      <w:proofErr w:type="spellStart"/>
      <w:r>
        <w:rPr>
          <w:b/>
        </w:rPr>
        <w:t>Componenti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obbligatori</w:t>
      </w:r>
      <w:proofErr w:type="spellEnd"/>
      <w:r>
        <w:rPr>
          <w:b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BB4DA5">
        <w:trPr>
          <w:jc w:val="center"/>
        </w:trPr>
        <w:tc>
          <w:tcPr>
            <w:tcW w:w="1994" w:type="dxa"/>
            <w:shd w:val="clear" w:color="auto" w:fill="D9EAF7"/>
          </w:tcPr>
          <w:p w:rsidR="00BB4DA5" w:rsidRDefault="004E3132">
            <w:r>
              <w:t>Tipologia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Denominazione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C.F./P.IVA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Legale rappresentante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PEC</w:t>
            </w:r>
          </w:p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ETS capofila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ASL/Distretto sanitario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 w:rsidRPr="00C92EBB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4E3132">
            <w:pPr>
              <w:rPr>
                <w:lang w:val="it-IT"/>
              </w:rPr>
            </w:pPr>
            <w:r w:rsidRPr="00C92EBB">
              <w:rPr>
                <w:lang w:val="it-IT"/>
              </w:rPr>
              <w:t xml:space="preserve">Soggetto autorizzato ai servizi per il </w:t>
            </w:r>
            <w:r w:rsidRPr="00C92EBB">
              <w:rPr>
                <w:lang w:val="it-IT"/>
              </w:rPr>
              <w:t>lavoro</w:t>
            </w: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BB4DA5">
            <w:pPr>
              <w:rPr>
                <w:lang w:val="it-IT"/>
              </w:rPr>
            </w:pP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BB4DA5">
            <w:pPr>
              <w:rPr>
                <w:lang w:val="it-IT"/>
              </w:rPr>
            </w:pP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BB4DA5">
            <w:pPr>
              <w:rPr>
                <w:lang w:val="it-IT"/>
              </w:rPr>
            </w:pPr>
          </w:p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BB4DA5">
            <w:pPr>
              <w:rPr>
                <w:lang w:val="it-IT"/>
              </w:rPr>
            </w:pPr>
          </w:p>
        </w:tc>
      </w:tr>
    </w:tbl>
    <w:p w:rsidR="00BB4DA5" w:rsidRDefault="004E3132">
      <w:proofErr w:type="spellStart"/>
      <w:r>
        <w:rPr>
          <w:b/>
        </w:rPr>
        <w:t>Ulteriori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componenti</w:t>
      </w:r>
      <w:proofErr w:type="spellEnd"/>
      <w:r>
        <w:rPr>
          <w:b/>
        </w:rPr>
        <w:t xml:space="preserve"> (se </w:t>
      </w:r>
      <w:proofErr w:type="spellStart"/>
      <w:r>
        <w:rPr>
          <w:b/>
        </w:rPr>
        <w:t>presenti</w:t>
      </w:r>
      <w:proofErr w:type="spellEnd"/>
      <w:r>
        <w:rPr>
          <w:b/>
        </w:rPr>
        <w:t>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BB4DA5">
        <w:trPr>
          <w:jc w:val="center"/>
        </w:trPr>
        <w:tc>
          <w:tcPr>
            <w:tcW w:w="1994" w:type="dxa"/>
            <w:shd w:val="clear" w:color="auto" w:fill="D9EAF7"/>
          </w:tcPr>
          <w:p w:rsidR="00BB4DA5" w:rsidRDefault="004E3132">
            <w:r>
              <w:t>Tipologia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Denominazione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C.F./P.IVA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Legale rappresentante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PEC</w:t>
            </w:r>
          </w:p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</w:tbl>
    <w:p w:rsidR="00BB4DA5" w:rsidRPr="00C92EBB" w:rsidRDefault="004E3132">
      <w:pPr>
        <w:rPr>
          <w:lang w:val="it-IT"/>
        </w:rPr>
      </w:pPr>
      <w:r w:rsidRPr="00C92EBB">
        <w:rPr>
          <w:lang w:val="it-IT"/>
        </w:rPr>
        <w:t>Associazione di rappresentanza dei genitori coinvolta: ☐ NO   ☐ SI, denominazione ________________________________</w:t>
      </w:r>
    </w:p>
    <w:p w:rsidR="00BB4DA5" w:rsidRPr="00C92EBB" w:rsidRDefault="004E3132">
      <w:pPr>
        <w:pStyle w:val="Titolo1"/>
        <w:rPr>
          <w:lang w:val="it-IT"/>
        </w:rPr>
      </w:pPr>
      <w:r w:rsidRPr="00C92EBB">
        <w:rPr>
          <w:lang w:val="it-IT"/>
        </w:rPr>
        <w:t xml:space="preserve">4. </w:t>
      </w:r>
      <w:r w:rsidRPr="00C92EBB">
        <w:rPr>
          <w:lang w:val="it-IT"/>
        </w:rPr>
        <w:t>Dichiarazioni dell’ETS capofila</w:t>
      </w:r>
    </w:p>
    <w:p w:rsidR="00BB4DA5" w:rsidRPr="00C92EBB" w:rsidRDefault="004E3132">
      <w:pPr>
        <w:jc w:val="both"/>
        <w:rPr>
          <w:lang w:val="it-IT"/>
        </w:rPr>
      </w:pPr>
      <w:r w:rsidRPr="00C92EBB">
        <w:rPr>
          <w:b/>
          <w:lang w:val="it-IT"/>
        </w:rPr>
        <w:t>Ai sensi degli artt. 46 e 47 del D.P.R. n. 445/2000, consapevole delle responsabilità e delle sanzioni penali previste dall’art. 76 del medesimo D.P.R. in caso di dichiarazioni mendaci, il sottoscritto DICHIARA che l’ETS: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</w:t>
      </w:r>
      <w:r w:rsidRPr="00C92EBB">
        <w:rPr>
          <w:lang w:val="it-IT"/>
        </w:rPr>
        <w:t>possiede finalità statutarie e/o istituzionali coerenti con i servizi e le attività oggetto dell’Avviso;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risulta iscritto al RUNTS alla data di approvazione dell’Avviso regionale;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ha sede legale e/o sede operativa permanente in Campania;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possiede i </w:t>
      </w:r>
      <w:r w:rsidRPr="00C92EBB">
        <w:rPr>
          <w:lang w:val="it-IT"/>
        </w:rPr>
        <w:t>requisiti di idoneità morale e professionale per instaurare rapporti con la Pubblica Amministrazione;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non incorre in cause di esclusione e non è soggetto a divieti a contrarre con la Pubblica Amministrazione;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è in regola con gli obblighi contributivi, </w:t>
      </w:r>
      <w:r w:rsidRPr="00C92EBB">
        <w:rPr>
          <w:lang w:val="it-IT"/>
        </w:rPr>
        <w:t>previdenziali, assicurativi e infortunistici, ove applicabili;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non partecipa e non parteciperà, né in forma singola né aggregata, ad altra candidatura riferita al medesimo Avviso regionale, in violazione delle prescrizioni regionali;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lastRenderedPageBreak/>
        <w:t>☐</w:t>
      </w:r>
      <w:r w:rsidRPr="00C92EBB">
        <w:rPr>
          <w:lang w:val="it-IT"/>
        </w:rPr>
        <w:t xml:space="preserve"> ha preso integrale</w:t>
      </w:r>
      <w:r w:rsidRPr="00C92EBB">
        <w:rPr>
          <w:lang w:val="it-IT"/>
        </w:rPr>
        <w:t xml:space="preserve"> visione del D.D. Regione Campania n. 281/2026, dell’Avviso regionale e dei relativi allegati e ne accetta le prescrizioni;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assume, in caso di selezione e finanziamento, la titolarità della progettazione, attuazione e gestione dell’intervento e le respon</w:t>
      </w:r>
      <w:r w:rsidRPr="00C92EBB">
        <w:rPr>
          <w:lang w:val="it-IT"/>
        </w:rPr>
        <w:t>sabilità previste dall’Avviso regionale in capo all’ETS beneficiario/capofila.</w:t>
      </w:r>
    </w:p>
    <w:p w:rsidR="00BB4DA5" w:rsidRPr="00C92EBB" w:rsidRDefault="004E3132">
      <w:pPr>
        <w:pStyle w:val="Titolo1"/>
        <w:rPr>
          <w:lang w:val="it-IT"/>
        </w:rPr>
      </w:pPr>
      <w:r w:rsidRPr="00C92EBB">
        <w:rPr>
          <w:lang w:val="it-IT"/>
        </w:rPr>
        <w:t>5. Dichiarazioni e impegni congiunti del partenariato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I soggetti sottoscrittori della presente istanza, ciascuno per quanto di competenza, dichiarano e si impegnano a: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costitu</w:t>
      </w:r>
      <w:r w:rsidRPr="00C92EBB">
        <w:rPr>
          <w:lang w:val="it-IT"/>
        </w:rPr>
        <w:t>ire, in caso di selezione da parte dell’Ambito C06, la rete/ATS richiesta dall’Avviso regionale, includendo l’Ambito Territoriale C06 quale partner istituzionale;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mantenere la composizione minima obbligatoria costituita da ETS capofila, Ambito territoria</w:t>
      </w:r>
      <w:r w:rsidRPr="00C92EBB">
        <w:rPr>
          <w:lang w:val="it-IT"/>
        </w:rPr>
        <w:t>le, ASL/Distretto sanitario e soggetto autorizzato ai servizi per il lavoro;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partecipare alle sessioni di coprogettazione convocate dall’Ambito C06 e concorrere alla definizione della proposta progettuale definitiva;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sottoscrivere l’atto di impegno a f</w:t>
      </w:r>
      <w:r w:rsidRPr="00C92EBB">
        <w:rPr>
          <w:lang w:val="it-IT"/>
        </w:rPr>
        <w:t>ormare l’ATS secondo il format regionale;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rispettare i ruoli e gli impegni definiti in coprogettazione e nella candidatura regionale;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collaborare all’implementazione del sistema integrato di presa in carico e al raccordo tra componente sociale, sanitar</w:t>
      </w:r>
      <w:r w:rsidRPr="00C92EBB">
        <w:rPr>
          <w:lang w:val="it-IT"/>
        </w:rPr>
        <w:t>ia, educativa e lavorativa;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rispettare la normativa in materia di lavoro, i CCNL applicabili, la protezione dei dati personali, gli obblighi di tracciabilità, monitoraggio e rendicontazione previsti dalla Regione;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fornire tempestivamente ogni documento</w:t>
      </w:r>
      <w:r w:rsidRPr="00C92EBB">
        <w:rPr>
          <w:lang w:val="it-IT"/>
        </w:rPr>
        <w:t>, dichiarazione o integrazione necessari alla candidatura e agli eventuali controlli.</w:t>
      </w:r>
    </w:p>
    <w:p w:rsidR="00BB4DA5" w:rsidRPr="00C92EBB" w:rsidRDefault="004E3132">
      <w:pPr>
        <w:pStyle w:val="Titolo1"/>
        <w:rPr>
          <w:lang w:val="it-IT"/>
        </w:rPr>
      </w:pPr>
      <w:r w:rsidRPr="00C92EBB">
        <w:rPr>
          <w:lang w:val="it-IT"/>
        </w:rPr>
        <w:t>6. Sintesi della proposta progettuale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Titolo provvisorio del progetto:</w:t>
      </w:r>
      <w:r w:rsidRPr="00C92EBB">
        <w:rPr>
          <w:lang w:val="it-IT"/>
        </w:rPr>
        <w:br/>
        <w:t>________________________________________________________________________________</w:t>
      </w:r>
      <w:r w:rsidRPr="00C92EBB">
        <w:rPr>
          <w:lang w:val="it-IT"/>
        </w:rPr>
        <w:br/>
        <w:t>__________________</w:t>
      </w:r>
      <w:r w:rsidRPr="00C92EBB">
        <w:rPr>
          <w:lang w:val="it-IT"/>
        </w:rPr>
        <w:t>______________________________________________________________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Fabbisogno territoriale rilevato:</w:t>
      </w:r>
      <w:r w:rsidRPr="00C92EBB">
        <w:rPr>
          <w:lang w:val="it-IT"/>
        </w:rPr>
        <w:br/>
        <w:t>________________________________________________________________________________</w:t>
      </w:r>
      <w:r w:rsidRPr="00C92EBB">
        <w:rPr>
          <w:lang w:val="it-IT"/>
        </w:rPr>
        <w:br/>
      </w:r>
      <w:r w:rsidRPr="00C92EBB">
        <w:rPr>
          <w:lang w:val="it-IT"/>
        </w:rPr>
        <w:t>________________________________________________________________________________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Numero stimato di destinatari:</w:t>
      </w:r>
      <w:r w:rsidRPr="00C92EBB">
        <w:rPr>
          <w:lang w:val="it-IT"/>
        </w:rPr>
        <w:br/>
        <w:t>________________________________________________________________________________</w:t>
      </w:r>
      <w:r w:rsidRPr="00C92EBB">
        <w:rPr>
          <w:lang w:val="it-IT"/>
        </w:rPr>
        <w:br/>
        <w:t>_______________________________________________________________</w:t>
      </w:r>
      <w:r w:rsidRPr="00C92EBB">
        <w:rPr>
          <w:lang w:val="it-IT"/>
        </w:rPr>
        <w:t>_________________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Servizio 1 - descrizione sintetica:</w:t>
      </w:r>
      <w:r w:rsidRPr="00C92EBB">
        <w:rPr>
          <w:lang w:val="it-IT"/>
        </w:rPr>
        <w:br/>
        <w:t>________________________________________________________________________________</w:t>
      </w:r>
      <w:r w:rsidRPr="00C92EBB">
        <w:rPr>
          <w:lang w:val="it-IT"/>
        </w:rPr>
        <w:br/>
        <w:t>________________________________________________________________________________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Servizio 2 - azioni selezionate (a/b/c/e</w:t>
      </w:r>
      <w:r w:rsidRPr="00C92EBB">
        <w:rPr>
          <w:b/>
          <w:lang w:val="it-IT"/>
        </w:rPr>
        <w:t>):</w:t>
      </w:r>
      <w:r w:rsidRPr="00C92EBB">
        <w:rPr>
          <w:lang w:val="it-IT"/>
        </w:rPr>
        <w:br/>
        <w:t>________________________________________________________________________________</w:t>
      </w:r>
      <w:r w:rsidRPr="00C92EBB">
        <w:rPr>
          <w:lang w:val="it-IT"/>
        </w:rPr>
        <w:br/>
        <w:t>________________________________________________________________________________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lastRenderedPageBreak/>
        <w:t>Modello di presa in carico e tutor di percorso:</w:t>
      </w:r>
      <w:r w:rsidRPr="00C92EBB">
        <w:rPr>
          <w:lang w:val="it-IT"/>
        </w:rPr>
        <w:br/>
        <w:t>___________________________________________</w:t>
      </w:r>
      <w:r w:rsidRPr="00C92EBB">
        <w:rPr>
          <w:lang w:val="it-IT"/>
        </w:rPr>
        <w:t>_____________________________________</w:t>
      </w:r>
      <w:r w:rsidRPr="00C92EBB">
        <w:rPr>
          <w:lang w:val="it-IT"/>
        </w:rPr>
        <w:br/>
        <w:t>________________________________________________________________________________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Ruolo dei singoli partner:</w:t>
      </w:r>
      <w:r w:rsidRPr="00C92EBB">
        <w:rPr>
          <w:lang w:val="it-IT"/>
        </w:rPr>
        <w:br/>
        <w:t>________________________________________________________________________________</w:t>
      </w:r>
      <w:r w:rsidRPr="00C92EBB">
        <w:rPr>
          <w:lang w:val="it-IT"/>
        </w:rPr>
        <w:br/>
        <w:t>_____________________________</w:t>
      </w:r>
      <w:r w:rsidRPr="00C92EBB">
        <w:rPr>
          <w:lang w:val="it-IT"/>
        </w:rPr>
        <w:t>___________________________________________________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Rete territoriale aggiuntiva:</w:t>
      </w:r>
      <w:r w:rsidRPr="00C92EBB">
        <w:rPr>
          <w:lang w:val="it-IT"/>
        </w:rPr>
        <w:br/>
        <w:t>________________________________________________________________________________</w:t>
      </w:r>
      <w:r w:rsidRPr="00C92EBB">
        <w:rPr>
          <w:lang w:val="it-IT"/>
        </w:rPr>
        <w:br/>
        <w:t>________________________________________________________________________________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Durata (12 m</w:t>
      </w:r>
      <w:r w:rsidRPr="00C92EBB">
        <w:rPr>
          <w:b/>
          <w:lang w:val="it-IT"/>
        </w:rPr>
        <w:t>esi):</w:t>
      </w:r>
      <w:r w:rsidRPr="00C92EBB">
        <w:rPr>
          <w:lang w:val="it-IT"/>
        </w:rPr>
        <w:br/>
        <w:t>________________________________________________________________________________</w:t>
      </w:r>
      <w:r w:rsidRPr="00C92EBB">
        <w:rPr>
          <w:lang w:val="it-IT"/>
        </w:rPr>
        <w:br/>
        <w:t>________________________________________________________________________________</w:t>
      </w:r>
    </w:p>
    <w:p w:rsidR="00BB4DA5" w:rsidRPr="00C92EBB" w:rsidRDefault="004E3132">
      <w:pPr>
        <w:rPr>
          <w:lang w:val="it-IT"/>
        </w:rPr>
      </w:pPr>
      <w:r w:rsidRPr="00C92EBB">
        <w:rPr>
          <w:b/>
          <w:lang w:val="it-IT"/>
        </w:rPr>
        <w:t>Importo complessivo richiesto (</w:t>
      </w:r>
      <w:proofErr w:type="spellStart"/>
      <w:r w:rsidRPr="00C92EBB">
        <w:rPr>
          <w:b/>
          <w:lang w:val="it-IT"/>
        </w:rPr>
        <w:t>max</w:t>
      </w:r>
      <w:proofErr w:type="spellEnd"/>
      <w:r w:rsidRPr="00C92EBB">
        <w:rPr>
          <w:b/>
          <w:lang w:val="it-IT"/>
        </w:rPr>
        <w:t xml:space="preserve"> € 200.000,00):</w:t>
      </w:r>
      <w:r w:rsidRPr="00C92EBB">
        <w:rPr>
          <w:lang w:val="it-IT"/>
        </w:rPr>
        <w:br/>
      </w:r>
      <w:r w:rsidRPr="00C92EBB">
        <w:rPr>
          <w:lang w:val="it-IT"/>
        </w:rPr>
        <w:t>________________________________________________________________________________</w:t>
      </w:r>
      <w:r w:rsidRPr="00C92EBB">
        <w:rPr>
          <w:lang w:val="it-IT"/>
        </w:rPr>
        <w:br/>
        <w:t>________________________________________________________________________________</w:t>
      </w:r>
    </w:p>
    <w:p w:rsidR="00BB4DA5" w:rsidRPr="00C92EBB" w:rsidRDefault="004E3132">
      <w:pPr>
        <w:pStyle w:val="Titolo1"/>
        <w:rPr>
          <w:lang w:val="it-IT"/>
        </w:rPr>
      </w:pPr>
      <w:r w:rsidRPr="00C92EBB">
        <w:rPr>
          <w:lang w:val="it-IT"/>
        </w:rPr>
        <w:t>7. Esperienze utili alla valutazione</w:t>
      </w:r>
    </w:p>
    <w:p w:rsidR="00BB4DA5" w:rsidRPr="00C92EBB" w:rsidRDefault="004E3132">
      <w:pPr>
        <w:jc w:val="both"/>
        <w:rPr>
          <w:lang w:val="it-IT"/>
        </w:rPr>
      </w:pPr>
      <w:r w:rsidRPr="00C92EBB">
        <w:rPr>
          <w:lang w:val="it-IT"/>
        </w:rPr>
        <w:t>Indicare le principali esperienze dell’ETS capofila e deg</w:t>
      </w:r>
      <w:r w:rsidRPr="00C92EBB">
        <w:rPr>
          <w:lang w:val="it-IT"/>
        </w:rPr>
        <w:t xml:space="preserve">li eventuali ulteriori ETS nel triennio precedente, con particolare riguardo a interventi in favore di persone con disabilità e a esperienze </w:t>
      </w:r>
      <w:proofErr w:type="gramStart"/>
      <w:r w:rsidRPr="00C92EBB">
        <w:rPr>
          <w:lang w:val="it-IT"/>
        </w:rPr>
        <w:t>socio-assistenziali</w:t>
      </w:r>
      <w:proofErr w:type="gramEnd"/>
      <w:r w:rsidRPr="00C92EBB">
        <w:rPr>
          <w:lang w:val="it-IT"/>
        </w:rPr>
        <w:t xml:space="preserve"> con persone con disturbo dello spettro autistico.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94"/>
        <w:gridCol w:w="1994"/>
        <w:gridCol w:w="1994"/>
        <w:gridCol w:w="1994"/>
        <w:gridCol w:w="1994"/>
      </w:tblGrid>
      <w:tr w:rsidR="00BB4DA5">
        <w:trPr>
          <w:jc w:val="center"/>
        </w:trPr>
        <w:tc>
          <w:tcPr>
            <w:tcW w:w="1994" w:type="dxa"/>
            <w:shd w:val="clear" w:color="auto" w:fill="D9EAF7"/>
          </w:tcPr>
          <w:p w:rsidR="00BB4DA5" w:rsidRDefault="004E3132">
            <w:proofErr w:type="spellStart"/>
            <w:r>
              <w:t>Ente</w:t>
            </w:r>
            <w:proofErr w:type="spellEnd"/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Servizio/intervento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Committente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Periodo</w:t>
            </w:r>
          </w:p>
        </w:tc>
        <w:tc>
          <w:tcPr>
            <w:tcW w:w="1994" w:type="dxa"/>
            <w:shd w:val="clear" w:color="auto" w:fill="D9EAF7"/>
          </w:tcPr>
          <w:p w:rsidR="00BB4DA5" w:rsidRDefault="004E3132">
            <w:r>
              <w:t>Durata/Note</w:t>
            </w:r>
          </w:p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19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</w:tbl>
    <w:p w:rsidR="00BB4DA5" w:rsidRDefault="004E3132">
      <w:pPr>
        <w:pStyle w:val="Titolo1"/>
      </w:pPr>
      <w:r>
        <w:t>8. Documenti allegati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Formulario regionale di progetto, compilato in bozza;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Quadro economico regionale, compilato in bozza;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dichiarazione/impegno sottoscritta da tutti i componenti del raggruppamento;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</w:t>
      </w:r>
      <w:r w:rsidRPr="00C92EBB">
        <w:rPr>
          <w:lang w:val="it-IT"/>
        </w:rPr>
        <w:t>statuto e atto costitutivo ETS capofila e degli eventuali ulteriori ETS;</w:t>
      </w:r>
    </w:p>
    <w:p w:rsidR="00BB4DA5" w:rsidRDefault="004E3132">
      <w:pPr>
        <w:pStyle w:val="Puntoelenco"/>
        <w:spacing w:after="40"/>
      </w:pPr>
      <w:r>
        <w:t>☐</w:t>
      </w:r>
      <w:r>
        <w:t xml:space="preserve"> </w:t>
      </w:r>
      <w:proofErr w:type="spellStart"/>
      <w:r>
        <w:t>documentazione</w:t>
      </w:r>
      <w:proofErr w:type="spellEnd"/>
      <w:r>
        <w:t>/</w:t>
      </w:r>
      <w:proofErr w:type="spellStart"/>
      <w:r>
        <w:t>iscrizione</w:t>
      </w:r>
      <w:proofErr w:type="spellEnd"/>
      <w:r>
        <w:t xml:space="preserve"> RUNTS;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lastRenderedPageBreak/>
        <w:t>☐</w:t>
      </w:r>
      <w:r w:rsidRPr="00C92EBB">
        <w:rPr>
          <w:lang w:val="it-IT"/>
        </w:rPr>
        <w:t xml:space="preserve"> documentazione attestante l’autorizzazione ai servizi per il lavoro;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scheda esperienze dei soggetti proponenti;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eventuale adesione dell’associ</w:t>
      </w:r>
      <w:r w:rsidRPr="00C92EBB">
        <w:rPr>
          <w:lang w:val="it-IT"/>
        </w:rPr>
        <w:t>azione di rappresentanza dei genitori;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eventuali ulteriori adesioni/accordi di rete;</w:t>
      </w:r>
    </w:p>
    <w:p w:rsidR="00BB4DA5" w:rsidRPr="00C92EBB" w:rsidRDefault="004E3132">
      <w:pPr>
        <w:pStyle w:val="Puntoelenco"/>
        <w:spacing w:after="40"/>
        <w:rPr>
          <w:lang w:val="it-IT"/>
        </w:rPr>
      </w:pPr>
      <w:r w:rsidRPr="00C92EBB">
        <w:rPr>
          <w:lang w:val="it-IT"/>
        </w:rPr>
        <w:t>☐</w:t>
      </w:r>
      <w:r w:rsidRPr="00C92EBB">
        <w:rPr>
          <w:lang w:val="it-IT"/>
        </w:rPr>
        <w:t xml:space="preserve"> documenti di identità dei sottoscrittori, ove necessari.</w:t>
      </w:r>
    </w:p>
    <w:p w:rsidR="00BB4DA5" w:rsidRPr="00C92EBB" w:rsidRDefault="004E3132">
      <w:pPr>
        <w:pStyle w:val="Titolo1"/>
        <w:rPr>
          <w:lang w:val="it-IT"/>
        </w:rPr>
      </w:pPr>
      <w:r w:rsidRPr="00C92EBB">
        <w:rPr>
          <w:lang w:val="it-IT"/>
        </w:rPr>
        <w:t>9. Trattamento dei dati personali</w:t>
      </w:r>
    </w:p>
    <w:p w:rsidR="00BB4DA5" w:rsidRPr="00C92EBB" w:rsidRDefault="004E3132">
      <w:pPr>
        <w:jc w:val="both"/>
        <w:rPr>
          <w:lang w:val="it-IT"/>
        </w:rPr>
      </w:pPr>
      <w:r w:rsidRPr="00C92EBB">
        <w:rPr>
          <w:lang w:val="it-IT"/>
        </w:rPr>
        <w:t>I sottoscrittori dichiarano di aver preso visione dell’informativa sul tratt</w:t>
      </w:r>
      <w:r w:rsidRPr="00C92EBB">
        <w:rPr>
          <w:lang w:val="it-IT"/>
        </w:rPr>
        <w:t>amento dei dati personali resa dall’Ambito C06/Comune di Aversa e autorizzano il trattamento dei dati esclusivamente per le finalità della presente procedura e della successiva eventuale candidatura regionale, nel rispetto del Regolamento (UE) 2016/679 e d</w:t>
      </w:r>
      <w:r w:rsidRPr="00C92EBB">
        <w:rPr>
          <w:lang w:val="it-IT"/>
        </w:rPr>
        <w:t>ella normativa nazionale vigente.</w:t>
      </w:r>
    </w:p>
    <w:p w:rsidR="00BB4DA5" w:rsidRPr="00C92EBB" w:rsidRDefault="004E3132">
      <w:pPr>
        <w:pStyle w:val="Titolo1"/>
        <w:rPr>
          <w:lang w:val="it-IT"/>
        </w:rPr>
      </w:pPr>
      <w:r w:rsidRPr="00C92EBB">
        <w:rPr>
          <w:lang w:val="it-IT"/>
        </w:rPr>
        <w:t>10. Sottoscrizioni</w:t>
      </w:r>
    </w:p>
    <w:p w:rsidR="00BB4DA5" w:rsidRPr="00C92EBB" w:rsidRDefault="004E3132">
      <w:pPr>
        <w:jc w:val="both"/>
        <w:rPr>
          <w:lang w:val="it-IT"/>
        </w:rPr>
      </w:pPr>
      <w:r w:rsidRPr="00C92EBB">
        <w:rPr>
          <w:lang w:val="it-IT"/>
        </w:rPr>
        <w:t xml:space="preserve">La presente istanza deve essere sottoscritta digitalmente dal legale rappresentante dell’ETS futuro capofila. La dichiarazione di impegno del partenariato deve essere sottoscritta digitalmente anche dai </w:t>
      </w:r>
      <w:r w:rsidRPr="00C92EBB">
        <w:rPr>
          <w:lang w:val="it-IT"/>
        </w:rPr>
        <w:t>legali rappresentanti degli altri componenti obbligatori e degli eventuali ulteriori partner indicati come componenti della candidatura.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BB4DA5">
        <w:trPr>
          <w:jc w:val="center"/>
        </w:trPr>
        <w:tc>
          <w:tcPr>
            <w:tcW w:w="3324" w:type="dxa"/>
            <w:shd w:val="clear" w:color="auto" w:fill="D9EAF7"/>
          </w:tcPr>
          <w:p w:rsidR="00BB4DA5" w:rsidRDefault="004E3132">
            <w:proofErr w:type="spellStart"/>
            <w:r>
              <w:t>Soggetto</w:t>
            </w:r>
            <w:proofErr w:type="spellEnd"/>
          </w:p>
        </w:tc>
        <w:tc>
          <w:tcPr>
            <w:tcW w:w="3324" w:type="dxa"/>
            <w:shd w:val="clear" w:color="auto" w:fill="D9EAF7"/>
          </w:tcPr>
          <w:p w:rsidR="00BB4DA5" w:rsidRDefault="004E3132">
            <w:r>
              <w:t>Legale rappresentante</w:t>
            </w:r>
          </w:p>
        </w:tc>
        <w:tc>
          <w:tcPr>
            <w:tcW w:w="3324" w:type="dxa"/>
            <w:shd w:val="clear" w:color="auto" w:fill="D9EAF7"/>
          </w:tcPr>
          <w:p w:rsidR="00BB4DA5" w:rsidRDefault="004E3132">
            <w:r>
              <w:t>Firma digitale</w:t>
            </w:r>
          </w:p>
        </w:tc>
      </w:tr>
      <w:tr w:rsidR="00BB4DA5">
        <w:trPr>
          <w:jc w:val="center"/>
        </w:trPr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ETS capofila</w:t>
            </w: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ASL/Distretto sanitario</w:t>
            </w: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 w:rsidRPr="00C92EBB">
        <w:trPr>
          <w:jc w:val="center"/>
        </w:trPr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4E3132">
            <w:pPr>
              <w:rPr>
                <w:lang w:val="it-IT"/>
              </w:rPr>
            </w:pPr>
            <w:r w:rsidRPr="00C92EBB">
              <w:rPr>
                <w:lang w:val="it-IT"/>
              </w:rPr>
              <w:t xml:space="preserve">Soggetto autorizzato servizi </w:t>
            </w:r>
            <w:r w:rsidRPr="00C92EBB">
              <w:rPr>
                <w:lang w:val="it-IT"/>
              </w:rPr>
              <w:t>per il lavoro</w:t>
            </w: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BB4DA5">
            <w:pPr>
              <w:rPr>
                <w:lang w:val="it-IT"/>
              </w:rPr>
            </w:pP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Pr="00C92EBB" w:rsidRDefault="00BB4DA5">
            <w:pPr>
              <w:rPr>
                <w:lang w:val="it-IT"/>
              </w:rPr>
            </w:pPr>
          </w:p>
        </w:tc>
      </w:tr>
      <w:tr w:rsidR="00BB4DA5">
        <w:trPr>
          <w:jc w:val="center"/>
        </w:trPr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proofErr w:type="spellStart"/>
            <w:r>
              <w:t>Ulteriore</w:t>
            </w:r>
            <w:proofErr w:type="spellEnd"/>
            <w:r>
              <w:t xml:space="preserve"> partner 1</w:t>
            </w: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  <w:tr w:rsidR="00BB4DA5">
        <w:trPr>
          <w:jc w:val="center"/>
        </w:trPr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4E3132">
            <w:r>
              <w:t>Ulteriore partner 2</w:t>
            </w:r>
          </w:p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  <w:tc>
          <w:tcPr>
            <w:tcW w:w="332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B4DA5" w:rsidRDefault="00BB4DA5"/>
        </w:tc>
      </w:tr>
    </w:tbl>
    <w:p w:rsidR="005238AD" w:rsidRDefault="005238AD">
      <w:pPr>
        <w:spacing w:after="0"/>
      </w:pPr>
    </w:p>
    <w:p w:rsidR="005238AD" w:rsidRDefault="005238AD">
      <w:pPr>
        <w:spacing w:after="0"/>
      </w:pPr>
    </w:p>
    <w:p w:rsidR="00BB4DA5" w:rsidRDefault="004E3132">
      <w:pPr>
        <w:spacing w:after="0"/>
      </w:pPr>
      <w:proofErr w:type="spellStart"/>
      <w:r>
        <w:t>Luogo</w:t>
      </w:r>
      <w:proofErr w:type="spellEnd"/>
      <w:r>
        <w:t xml:space="preserve"> e data __________________________</w:t>
      </w:r>
    </w:p>
    <w:sectPr w:rsidR="00BB4DA5" w:rsidSect="00034616">
      <w:headerReference w:type="default" r:id="rId8"/>
      <w:footerReference w:type="default" r:id="rId9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132" w:rsidRDefault="004E3132">
      <w:pPr>
        <w:spacing w:after="0" w:line="240" w:lineRule="auto"/>
      </w:pPr>
      <w:r>
        <w:separator/>
      </w:r>
    </w:p>
  </w:endnote>
  <w:endnote w:type="continuationSeparator" w:id="0">
    <w:p w:rsidR="004E3132" w:rsidRDefault="004E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DA5" w:rsidRDefault="004E3132">
    <w:pPr>
      <w:pStyle w:val="Pidipagina"/>
      <w:jc w:val="center"/>
    </w:pPr>
    <w:r>
      <w:t xml:space="preserve">Pagina </w:t>
    </w:r>
    <w:r>
      <w:fldChar w:fldCharType="begin"/>
    </w:r>
    <w:r>
      <w:instrText>PAG</w:instrText>
    </w:r>
    <w:r>
      <w:instrText>E</w:instrText>
    </w:r>
    <w:r w:rsidR="00C92EBB">
      <w:fldChar w:fldCharType="separate"/>
    </w:r>
    <w:r w:rsidR="00C92EB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132" w:rsidRDefault="004E3132">
      <w:pPr>
        <w:spacing w:after="0" w:line="240" w:lineRule="auto"/>
      </w:pPr>
      <w:r>
        <w:separator/>
      </w:r>
    </w:p>
  </w:footnote>
  <w:footnote w:type="continuationSeparator" w:id="0">
    <w:p w:rsidR="004E3132" w:rsidRDefault="004E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FD0" w:rsidRDefault="00401FD0" w:rsidP="00401FD0">
    <w:pPr>
      <w:pStyle w:val="Intestazione"/>
      <w:jc w:val="center"/>
    </w:pPr>
    <w:r>
      <w:rPr>
        <w:noProof/>
      </w:rPr>
      <w:drawing>
        <wp:inline distT="0" distB="0" distL="0" distR="0" wp14:anchorId="5FE280DD" wp14:editId="0F769978">
          <wp:extent cx="5401559" cy="1371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388" cy="13718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5E7D"/>
    <w:rsid w:val="00401FD0"/>
    <w:rsid w:val="004E3132"/>
    <w:rsid w:val="005238AD"/>
    <w:rsid w:val="00926830"/>
    <w:rsid w:val="00AA1D8D"/>
    <w:rsid w:val="00B47730"/>
    <w:rsid w:val="00BB4DA5"/>
    <w:rsid w:val="00C92EB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C7398E"/>
  <w14:defaultImageDpi w14:val="300"/>
  <w15:docId w15:val="{84DBFF1D-7B24-4BEF-83C4-2CE15E202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5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C92EB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2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5993C5-1D5E-4620-8ED7-F78E9F83B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1230</Words>
  <Characters>7014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2013-12-23T23:15:00Z</dcterms:created>
  <dcterms:modified xsi:type="dcterms:W3CDTF">2026-09-08T20:02:00Z</dcterms:modified>
  <cp:category/>
</cp:coreProperties>
</file>