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92D38" w14:textId="77777777" w:rsidR="00A916CC" w:rsidRDefault="00403266">
      <w:pPr>
        <w:spacing w:after="100"/>
        <w:jc w:val="center"/>
      </w:pPr>
      <w:r>
        <w:rPr>
          <w:b/>
          <w:sz w:val="26"/>
        </w:rPr>
        <w:t>COMUNE DI SANT’ARPINO</w:t>
      </w:r>
    </w:p>
    <w:p w14:paraId="0EE8771E" w14:textId="77777777" w:rsidR="00A916CC" w:rsidRDefault="00403266">
      <w:pPr>
        <w:spacing w:after="100"/>
        <w:jc w:val="center"/>
      </w:pPr>
      <w:r>
        <w:rPr>
          <w:b/>
          <w:sz w:val="22"/>
        </w:rPr>
        <w:t>NUCLEO COMUNALE DI PROTEZIONE CIVILE</w:t>
      </w:r>
    </w:p>
    <w:p w14:paraId="072E7A99" w14:textId="77777777" w:rsidR="00A916CC" w:rsidRDefault="00403266">
      <w:pPr>
        <w:spacing w:after="100"/>
        <w:jc w:val="center"/>
      </w:pPr>
      <w:r>
        <w:rPr>
          <w:sz w:val="18"/>
        </w:rPr>
        <w:t>Tel. 081 5014536  |  protezionecivile@comune.santarpino.ce.it</w:t>
      </w:r>
    </w:p>
    <w:p w14:paraId="1D21F8BC" w14:textId="77777777" w:rsidR="00A916CC" w:rsidRDefault="00403266">
      <w:pPr>
        <w:spacing w:after="100"/>
      </w:pPr>
      <w:r>
        <w:t>Prot. P.C. n. __________ del ______________</w:t>
      </w:r>
    </w:p>
    <w:p w14:paraId="5F6EE1B5" w14:textId="77777777" w:rsidR="00403266" w:rsidRDefault="00403266">
      <w:pPr>
        <w:spacing w:after="100"/>
      </w:pPr>
    </w:p>
    <w:p w14:paraId="0A754BE4" w14:textId="77CF1BEA" w:rsidR="00A916CC" w:rsidRDefault="00403266">
      <w:pPr>
        <w:spacing w:after="100"/>
      </w:pPr>
      <w:r>
        <w:rPr>
          <w:b/>
        </w:rPr>
        <w:t xml:space="preserve">OGGETTO: </w:t>
      </w:r>
      <w:proofErr w:type="spellStart"/>
      <w:r>
        <w:rPr>
          <w:b/>
        </w:rPr>
        <w:t>Domanda</w:t>
      </w:r>
      <w:proofErr w:type="spellEnd"/>
      <w:r>
        <w:rPr>
          <w:b/>
        </w:rPr>
        <w:t xml:space="preserve"> di </w:t>
      </w:r>
      <w:proofErr w:type="spellStart"/>
      <w:r>
        <w:rPr>
          <w:b/>
        </w:rPr>
        <w:t>iscrizione</w:t>
      </w:r>
      <w:proofErr w:type="spellEnd"/>
      <w:r>
        <w:rPr>
          <w:b/>
        </w:rPr>
        <w:t xml:space="preserve"> al </w:t>
      </w:r>
      <w:proofErr w:type="spellStart"/>
      <w:r>
        <w:rPr>
          <w:b/>
        </w:rPr>
        <w:t>Nucleo</w:t>
      </w:r>
      <w:proofErr w:type="spellEnd"/>
      <w:r>
        <w:rPr>
          <w:b/>
        </w:rPr>
        <w:t xml:space="preserve"> Comunale </w:t>
      </w:r>
      <w:proofErr w:type="spellStart"/>
      <w:r>
        <w:rPr>
          <w:b/>
        </w:rPr>
        <w:t>della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Protezione</w:t>
      </w:r>
      <w:proofErr w:type="spellEnd"/>
      <w:r>
        <w:rPr>
          <w:b/>
        </w:rPr>
        <w:t xml:space="preserve"> Civile</w:t>
      </w:r>
    </w:p>
    <w:p w14:paraId="50ED2638" w14:textId="77777777" w:rsidR="00A916CC" w:rsidRDefault="00403266">
      <w:pPr>
        <w:spacing w:after="100"/>
      </w:pPr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______________________________________________________________</w:t>
      </w:r>
    </w:p>
    <w:p w14:paraId="34E01B9E" w14:textId="77777777" w:rsidR="00A916CC" w:rsidRDefault="00403266">
      <w:pPr>
        <w:spacing w:after="100"/>
      </w:pPr>
      <w:proofErr w:type="spellStart"/>
      <w:r>
        <w:t>nato</w:t>
      </w:r>
      <w:proofErr w:type="spellEnd"/>
      <w:r>
        <w:t>/a a _____________________________________ (____) il ____________________________</w:t>
      </w:r>
    </w:p>
    <w:p w14:paraId="14905E1C" w14:textId="77777777" w:rsidR="00A916CC" w:rsidRDefault="00403266">
      <w:pPr>
        <w:spacing w:after="100"/>
      </w:pPr>
      <w:proofErr w:type="spellStart"/>
      <w:r>
        <w:t>residente</w:t>
      </w:r>
      <w:proofErr w:type="spellEnd"/>
      <w:r>
        <w:t xml:space="preserve"> a ______________________________________ (____) in via _____________________</w:t>
      </w:r>
    </w:p>
    <w:p w14:paraId="01770642" w14:textId="77777777" w:rsidR="00A916CC" w:rsidRDefault="00403266">
      <w:pPr>
        <w:spacing w:after="100"/>
      </w:pPr>
      <w:r>
        <w:t>________________________________________ n. ______  tel. __________________________</w:t>
      </w:r>
    </w:p>
    <w:p w14:paraId="4E37BA4A" w14:textId="77777777" w:rsidR="00A916CC" w:rsidRDefault="00403266">
      <w:pPr>
        <w:spacing w:after="100"/>
      </w:pPr>
      <w:r>
        <w:t>e-mail __________________________________________________________________________</w:t>
      </w:r>
    </w:p>
    <w:p w14:paraId="4AF27815" w14:textId="77777777" w:rsidR="00A916CC" w:rsidRDefault="00403266">
      <w:pPr>
        <w:spacing w:after="100"/>
        <w:jc w:val="center"/>
      </w:pPr>
      <w:r>
        <w:rPr>
          <w:b/>
        </w:rPr>
        <w:t>CHIEDE</w:t>
      </w:r>
    </w:p>
    <w:p w14:paraId="52F5A2B5" w14:textId="77777777" w:rsidR="00A916CC" w:rsidRDefault="00403266">
      <w:pPr>
        <w:spacing w:after="100"/>
      </w:pPr>
      <w:r>
        <w:t xml:space="preserve">di </w:t>
      </w:r>
      <w:proofErr w:type="spellStart"/>
      <w:r>
        <w:t>poter</w:t>
      </w:r>
      <w:proofErr w:type="spellEnd"/>
      <w:r>
        <w:t xml:space="preserve"> far </w:t>
      </w:r>
      <w:proofErr w:type="spellStart"/>
      <w:r>
        <w:t>parte</w:t>
      </w:r>
      <w:proofErr w:type="spellEnd"/>
      <w:r>
        <w:t xml:space="preserve"> del Gruppo Comunale di </w:t>
      </w:r>
      <w:proofErr w:type="spellStart"/>
      <w:r>
        <w:t>Volontariato</w:t>
      </w:r>
      <w:proofErr w:type="spellEnd"/>
      <w:r>
        <w:t xml:space="preserve"> di </w:t>
      </w:r>
      <w:proofErr w:type="spellStart"/>
      <w:r>
        <w:t>Protezione</w:t>
      </w:r>
      <w:proofErr w:type="spellEnd"/>
      <w:r>
        <w:t xml:space="preserve"> Civile e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iscritto</w:t>
      </w:r>
      <w:proofErr w:type="spellEnd"/>
      <w:r>
        <w:t xml:space="preserve">/a </w:t>
      </w:r>
      <w:proofErr w:type="spellStart"/>
      <w:r>
        <w:t>nel</w:t>
      </w:r>
      <w:proofErr w:type="spellEnd"/>
      <w:r>
        <w:t xml:space="preserve"> </w:t>
      </w:r>
      <w:proofErr w:type="spellStart"/>
      <w:r>
        <w:t>relativo</w:t>
      </w:r>
      <w:proofErr w:type="spellEnd"/>
      <w:r>
        <w:t xml:space="preserve"> </w:t>
      </w:r>
      <w:proofErr w:type="spellStart"/>
      <w:r>
        <w:t>elenco</w:t>
      </w:r>
      <w:proofErr w:type="spellEnd"/>
      <w:r>
        <w:t xml:space="preserve"> </w:t>
      </w:r>
      <w:proofErr w:type="spellStart"/>
      <w:r>
        <w:t>comunale</w:t>
      </w:r>
      <w:proofErr w:type="spellEnd"/>
      <w:r>
        <w:t xml:space="preserve"> in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volontario</w:t>
      </w:r>
      <w:proofErr w:type="spellEnd"/>
      <w:r>
        <w:t>/a.</w:t>
      </w:r>
    </w:p>
    <w:p w14:paraId="346FD4DE" w14:textId="77777777" w:rsidR="00A916CC" w:rsidRDefault="00403266">
      <w:pPr>
        <w:spacing w:after="100"/>
      </w:pPr>
      <w:r>
        <w:t xml:space="preserve">A </w:t>
      </w:r>
      <w:proofErr w:type="spellStart"/>
      <w:r>
        <w:t>tal</w:t>
      </w:r>
      <w:proofErr w:type="spellEnd"/>
      <w:r>
        <w:t xml:space="preserve"> fine, </w:t>
      </w:r>
      <w:proofErr w:type="spellStart"/>
      <w:r>
        <w:t>dichiara</w:t>
      </w:r>
      <w:proofErr w:type="spellEnd"/>
      <w:r>
        <w:t>:</w:t>
      </w:r>
    </w:p>
    <w:p w14:paraId="41461DB1" w14:textId="77777777" w:rsidR="00A916CC" w:rsidRDefault="00403266">
      <w:pPr>
        <w:spacing w:after="100"/>
      </w:pPr>
      <w:r>
        <w:t xml:space="preserve">☐  di non aver subito </w:t>
      </w:r>
      <w:proofErr w:type="spellStart"/>
      <w:r>
        <w:t>condanne</w:t>
      </w:r>
      <w:proofErr w:type="spellEnd"/>
      <w:r>
        <w:t xml:space="preserve"> </w:t>
      </w:r>
      <w:proofErr w:type="spellStart"/>
      <w:r>
        <w:t>penali</w:t>
      </w:r>
      <w:proofErr w:type="spellEnd"/>
      <w:r>
        <w:t>;</w:t>
      </w:r>
    </w:p>
    <w:p w14:paraId="39EDEF5C" w14:textId="77777777" w:rsidR="00A916CC" w:rsidRDefault="00403266">
      <w:pPr>
        <w:spacing w:after="100"/>
      </w:pPr>
      <w:r>
        <w:t xml:space="preserve">☐  di non </w:t>
      </w:r>
      <w:proofErr w:type="spellStart"/>
      <w:r>
        <w:t>avere</w:t>
      </w:r>
      <w:proofErr w:type="spellEnd"/>
      <w:r>
        <w:t xml:space="preserve">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in </w:t>
      </w:r>
      <w:proofErr w:type="spellStart"/>
      <w:r>
        <w:t>corso</w:t>
      </w:r>
      <w:proofErr w:type="spellEnd"/>
      <w:r>
        <w:t>;</w:t>
      </w:r>
    </w:p>
    <w:p w14:paraId="78047103" w14:textId="77777777" w:rsidR="00A916CC" w:rsidRDefault="00403266">
      <w:pPr>
        <w:spacing w:after="100"/>
      </w:pPr>
      <w:r>
        <w:t xml:space="preserve">☐  di </w:t>
      </w:r>
      <w:proofErr w:type="spellStart"/>
      <w:r>
        <w:t>possedere</w:t>
      </w:r>
      <w:proofErr w:type="spellEnd"/>
      <w:r>
        <w:t xml:space="preserve"> il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titolo</w:t>
      </w:r>
      <w:proofErr w:type="spellEnd"/>
      <w:r>
        <w:t xml:space="preserve"> di studio: _______________________________________;</w:t>
      </w:r>
    </w:p>
    <w:p w14:paraId="5D708310" w14:textId="77777777" w:rsidR="00A916CC" w:rsidRDefault="00403266">
      <w:pPr>
        <w:spacing w:after="100"/>
      </w:pPr>
      <w:r>
        <w:t xml:space="preserve">☐  di </w:t>
      </w:r>
      <w:proofErr w:type="spellStart"/>
      <w:r>
        <w:t>essere</w:t>
      </w:r>
      <w:proofErr w:type="spellEnd"/>
      <w:r>
        <w:t xml:space="preserve"> in </w:t>
      </w:r>
      <w:proofErr w:type="spellStart"/>
      <w:r>
        <w:t>possesso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patente</w:t>
      </w:r>
      <w:proofErr w:type="spellEnd"/>
      <w:r>
        <w:t xml:space="preserve"> di </w:t>
      </w:r>
      <w:proofErr w:type="spellStart"/>
      <w:r>
        <w:t>guida</w:t>
      </w:r>
      <w:proofErr w:type="spellEnd"/>
      <w:r>
        <w:t xml:space="preserve"> </w:t>
      </w:r>
      <w:proofErr w:type="spellStart"/>
      <w:r>
        <w:t>categoria</w:t>
      </w:r>
      <w:proofErr w:type="spellEnd"/>
      <w:r>
        <w:t>: __________________________;</w:t>
      </w:r>
    </w:p>
    <w:p w14:paraId="4060EA22" w14:textId="77777777" w:rsidR="00A916CC" w:rsidRDefault="00403266">
      <w:pPr>
        <w:spacing w:after="100"/>
      </w:pPr>
      <w:r>
        <w:t xml:space="preserve">☐  </w:t>
      </w:r>
      <w:proofErr w:type="spellStart"/>
      <w:r>
        <w:t>professione</w:t>
      </w:r>
      <w:proofErr w:type="spellEnd"/>
      <w:r>
        <w:t xml:space="preserve"> / </w:t>
      </w:r>
      <w:proofErr w:type="spellStart"/>
      <w:r>
        <w:t>attività</w:t>
      </w:r>
      <w:proofErr w:type="spellEnd"/>
      <w:r>
        <w:t xml:space="preserve"> / </w:t>
      </w:r>
      <w:proofErr w:type="spellStart"/>
      <w:r>
        <w:t>condizione</w:t>
      </w:r>
      <w:proofErr w:type="spellEnd"/>
      <w:r>
        <w:t>: ____________________________________________;</w:t>
      </w:r>
    </w:p>
    <w:p w14:paraId="6102F4B7" w14:textId="77777777" w:rsidR="00A916CC" w:rsidRDefault="00403266">
      <w:pPr>
        <w:spacing w:after="100"/>
      </w:pPr>
      <w:r>
        <w:t xml:space="preserve">☐  </w:t>
      </w:r>
      <w:proofErr w:type="spellStart"/>
      <w:r>
        <w:t>professionalità</w:t>
      </w:r>
      <w:proofErr w:type="spellEnd"/>
      <w:r>
        <w:t xml:space="preserve"> / </w:t>
      </w:r>
      <w:proofErr w:type="spellStart"/>
      <w:r>
        <w:t>attitudini</w:t>
      </w:r>
      <w:proofErr w:type="spellEnd"/>
      <w:r>
        <w:t xml:space="preserve"> </w:t>
      </w:r>
      <w:proofErr w:type="spellStart"/>
      <w:r>
        <w:t>possedute</w:t>
      </w:r>
      <w:proofErr w:type="spellEnd"/>
      <w:r>
        <w:t>: __________________________________________;</w:t>
      </w:r>
    </w:p>
    <w:p w14:paraId="4972EC91" w14:textId="77777777" w:rsidR="00A916CC" w:rsidRDefault="00403266">
      <w:pPr>
        <w:spacing w:after="100"/>
      </w:pPr>
      <w:r>
        <w:t xml:space="preserve">☐  </w:t>
      </w:r>
      <w:proofErr w:type="spellStart"/>
      <w:r>
        <w:t>eventuali</w:t>
      </w:r>
      <w:proofErr w:type="spellEnd"/>
      <w:r>
        <w:t xml:space="preserve"> </w:t>
      </w:r>
      <w:proofErr w:type="spellStart"/>
      <w:r>
        <w:t>attrezzature</w:t>
      </w:r>
      <w:proofErr w:type="spellEnd"/>
      <w:r>
        <w:t xml:space="preserve"> / </w:t>
      </w:r>
      <w:proofErr w:type="spellStart"/>
      <w:r>
        <w:t>equipaggiamenti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>: ______________________________.</w:t>
      </w:r>
    </w:p>
    <w:p w14:paraId="58EA5994" w14:textId="77777777" w:rsidR="00A916CC" w:rsidRDefault="00403266">
      <w:pPr>
        <w:spacing w:after="100"/>
      </w:pPr>
      <w:r>
        <w:t xml:space="preserve">Dichiara di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l’attività</w:t>
      </w:r>
      <w:proofErr w:type="spellEnd"/>
      <w:r>
        <w:t xml:space="preserve"> di </w:t>
      </w:r>
      <w:proofErr w:type="spellStart"/>
      <w:r>
        <w:t>volontariato</w:t>
      </w:r>
      <w:proofErr w:type="spellEnd"/>
      <w:r>
        <w:t xml:space="preserve"> non </w:t>
      </w:r>
      <w:proofErr w:type="spellStart"/>
      <w:r>
        <w:t>comporta</w:t>
      </w:r>
      <w:proofErr w:type="spellEnd"/>
      <w:r>
        <w:t xml:space="preserve"> </w:t>
      </w:r>
      <w:proofErr w:type="spellStart"/>
      <w:r>
        <w:t>remunerazioni</w:t>
      </w:r>
      <w:proofErr w:type="spellEnd"/>
      <w:r>
        <w:t xml:space="preserve"> di </w:t>
      </w:r>
      <w:proofErr w:type="spellStart"/>
      <w:r>
        <w:t>alcun</w:t>
      </w:r>
      <w:proofErr w:type="spellEnd"/>
      <w:r>
        <w:t xml:space="preserve"> </w:t>
      </w:r>
      <w:proofErr w:type="spellStart"/>
      <w:r>
        <w:t>tipo</w:t>
      </w:r>
      <w:proofErr w:type="spellEnd"/>
      <w:r>
        <w:t xml:space="preserve"> e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normativa</w:t>
      </w:r>
      <w:proofErr w:type="spellEnd"/>
      <w:r>
        <w:t xml:space="preserve"> </w:t>
      </w:r>
      <w:proofErr w:type="spellStart"/>
      <w:r>
        <w:t>prevede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il </w:t>
      </w:r>
      <w:proofErr w:type="spellStart"/>
      <w:r>
        <w:t>rimborso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spese</w:t>
      </w:r>
      <w:proofErr w:type="spellEnd"/>
      <w:r>
        <w:t xml:space="preserve"> </w:t>
      </w:r>
      <w:proofErr w:type="spellStart"/>
      <w:r>
        <w:t>documentate</w:t>
      </w:r>
      <w:proofErr w:type="spellEnd"/>
      <w:r>
        <w:t xml:space="preserve"> e </w:t>
      </w:r>
      <w:proofErr w:type="spellStart"/>
      <w:r>
        <w:t>preventivamente</w:t>
      </w:r>
      <w:proofErr w:type="spellEnd"/>
      <w:r>
        <w:t xml:space="preserve"> </w:t>
      </w:r>
      <w:proofErr w:type="spellStart"/>
      <w:r>
        <w:t>concordate</w:t>
      </w:r>
      <w:proofErr w:type="spellEnd"/>
      <w:r>
        <w:t xml:space="preserve"> con le </w:t>
      </w:r>
      <w:proofErr w:type="spellStart"/>
      <w:r>
        <w:t>competenti</w:t>
      </w:r>
      <w:proofErr w:type="spellEnd"/>
      <w:r>
        <w:t xml:space="preserve"> </w:t>
      </w:r>
      <w:proofErr w:type="spellStart"/>
      <w:r>
        <w:t>autorità</w:t>
      </w:r>
      <w:proofErr w:type="spellEnd"/>
      <w:r>
        <w:t xml:space="preserve"> di </w:t>
      </w:r>
      <w:proofErr w:type="spellStart"/>
      <w:r>
        <w:t>Protezione</w:t>
      </w:r>
      <w:proofErr w:type="spellEnd"/>
      <w:r>
        <w:t xml:space="preserve"> Civile, secondo le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applicabili</w:t>
      </w:r>
      <w:proofErr w:type="spellEnd"/>
      <w:r>
        <w:t>.</w:t>
      </w:r>
    </w:p>
    <w:p w14:paraId="317B79FA" w14:textId="77777777" w:rsidR="00A916CC" w:rsidRDefault="00403266">
      <w:pPr>
        <w:spacing w:after="100"/>
      </w:pPr>
      <w:r>
        <w:t xml:space="preserve">Dichiara 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dell’informativa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resa</w:t>
      </w:r>
      <w:proofErr w:type="spellEnd"/>
      <w:r>
        <w:t xml:space="preserve"> </w:t>
      </w:r>
      <w:proofErr w:type="spellStart"/>
      <w:r>
        <w:t>dall’Ente</w:t>
      </w:r>
      <w:proofErr w:type="spellEnd"/>
      <w:r>
        <w:t xml:space="preserve"> ai sensi del </w:t>
      </w:r>
      <w:proofErr w:type="spellStart"/>
      <w:r>
        <w:t>Regolamento</w:t>
      </w:r>
      <w:proofErr w:type="spellEnd"/>
      <w:r>
        <w:t xml:space="preserve"> (UE) 2016/679.</w:t>
      </w:r>
    </w:p>
    <w:p w14:paraId="69034548" w14:textId="77777777" w:rsidR="00A916CC" w:rsidRDefault="00403266">
      <w:pPr>
        <w:spacing w:after="100"/>
      </w:pPr>
      <w:r>
        <w:t xml:space="preserve">Allega: </w:t>
      </w:r>
      <w:proofErr w:type="spellStart"/>
      <w:r>
        <w:t>certificazione</w:t>
      </w:r>
      <w:proofErr w:type="spellEnd"/>
      <w:r>
        <w:t xml:space="preserve"> sanitaria di </w:t>
      </w:r>
      <w:proofErr w:type="spellStart"/>
      <w:r>
        <w:t>sana</w:t>
      </w:r>
      <w:proofErr w:type="spellEnd"/>
      <w:r>
        <w:t xml:space="preserve"> e </w:t>
      </w:r>
      <w:proofErr w:type="spellStart"/>
      <w:r>
        <w:t>robusta</w:t>
      </w:r>
      <w:proofErr w:type="spellEnd"/>
      <w:r>
        <w:t xml:space="preserve"> </w:t>
      </w:r>
      <w:proofErr w:type="spellStart"/>
      <w:r>
        <w:t>costituzione</w:t>
      </w:r>
      <w:proofErr w:type="spellEnd"/>
      <w:r>
        <w:t xml:space="preserve"> </w:t>
      </w:r>
      <w:proofErr w:type="spellStart"/>
      <w:r>
        <w:t>fisica</w:t>
      </w:r>
      <w:proofErr w:type="spellEnd"/>
      <w:r>
        <w:t xml:space="preserve"> (</w:t>
      </w:r>
      <w:proofErr w:type="spellStart"/>
      <w:r>
        <w:t>ove</w:t>
      </w:r>
      <w:proofErr w:type="spellEnd"/>
      <w:r>
        <w:t xml:space="preserve"> </w:t>
      </w:r>
      <w:proofErr w:type="spellStart"/>
      <w:r>
        <w:t>richiesta</w:t>
      </w:r>
      <w:proofErr w:type="spellEnd"/>
      <w:r>
        <w:t xml:space="preserve"> secondo le </w:t>
      </w:r>
      <w:proofErr w:type="spellStart"/>
      <w:r>
        <w:t>disposizioni</w:t>
      </w:r>
      <w:proofErr w:type="spellEnd"/>
      <w:r>
        <w:t xml:space="preserve"> </w:t>
      </w:r>
      <w:proofErr w:type="spellStart"/>
      <w:r>
        <w:t>applicabili</w:t>
      </w:r>
      <w:proofErr w:type="spellEnd"/>
      <w:r>
        <w:t xml:space="preserve">); n. 2 </w:t>
      </w:r>
      <w:proofErr w:type="spellStart"/>
      <w:r>
        <w:t>fotografie</w:t>
      </w:r>
      <w:proofErr w:type="spellEnd"/>
      <w:r>
        <w:t xml:space="preserve"> </w:t>
      </w:r>
      <w:proofErr w:type="spellStart"/>
      <w:r>
        <w:t>formato</w:t>
      </w:r>
      <w:proofErr w:type="spellEnd"/>
      <w:r>
        <w:t xml:space="preserve"> </w:t>
      </w:r>
      <w:proofErr w:type="spellStart"/>
      <w:r>
        <w:t>tessera</w:t>
      </w:r>
      <w:proofErr w:type="spellEnd"/>
      <w:r>
        <w:t xml:space="preserve"> (se </w:t>
      </w:r>
      <w:proofErr w:type="spellStart"/>
      <w:r>
        <w:t>richieste</w:t>
      </w:r>
      <w:proofErr w:type="spellEnd"/>
      <w:r>
        <w:t>).</w:t>
      </w:r>
    </w:p>
    <w:p w14:paraId="3D85D6B7" w14:textId="77777777" w:rsidR="00A916CC" w:rsidRDefault="00403266">
      <w:pPr>
        <w:spacing w:after="100"/>
      </w:pPr>
      <w:proofErr w:type="spellStart"/>
      <w:r>
        <w:t>Sant’Arpino</w:t>
      </w:r>
      <w:proofErr w:type="spellEnd"/>
      <w:r>
        <w:t xml:space="preserve">, ___________________                           </w:t>
      </w:r>
      <w:proofErr w:type="spellStart"/>
      <w:r>
        <w:t>Firma</w:t>
      </w:r>
      <w:proofErr w:type="spellEnd"/>
      <w:r>
        <w:t xml:space="preserve"> __________________________</w:t>
      </w:r>
    </w:p>
    <w:p w14:paraId="528AF21C" w14:textId="77777777" w:rsidR="00A916CC" w:rsidRDefault="00403266">
      <w:r>
        <w:br w:type="page"/>
      </w:r>
    </w:p>
    <w:p w14:paraId="37770EE3" w14:textId="77777777" w:rsidR="00A916CC" w:rsidRDefault="00403266">
      <w:pPr>
        <w:spacing w:after="100"/>
        <w:jc w:val="center"/>
      </w:pPr>
      <w:r>
        <w:rPr>
          <w:b/>
          <w:sz w:val="26"/>
        </w:rPr>
        <w:lastRenderedPageBreak/>
        <w:t>AUTOCERTIFICAZIONE CONTESTUALE</w:t>
      </w:r>
    </w:p>
    <w:p w14:paraId="6D82F7D3" w14:textId="77777777" w:rsidR="00A916CC" w:rsidRDefault="00403266">
      <w:pPr>
        <w:spacing w:after="100"/>
        <w:jc w:val="center"/>
      </w:pPr>
      <w:proofErr w:type="spellStart"/>
      <w:r>
        <w:rPr>
          <w:b/>
          <w:sz w:val="22"/>
        </w:rPr>
        <w:t>Certificato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penale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generale</w:t>
      </w:r>
      <w:proofErr w:type="spellEnd"/>
      <w:r>
        <w:rPr>
          <w:b/>
          <w:sz w:val="22"/>
        </w:rPr>
        <w:t xml:space="preserve"> e </w:t>
      </w:r>
      <w:proofErr w:type="spellStart"/>
      <w:r>
        <w:rPr>
          <w:b/>
          <w:sz w:val="22"/>
        </w:rPr>
        <w:t>carichi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pendenti</w:t>
      </w:r>
      <w:proofErr w:type="spellEnd"/>
    </w:p>
    <w:p w14:paraId="546A3FEE" w14:textId="77777777" w:rsidR="00A916CC" w:rsidRDefault="00403266">
      <w:pPr>
        <w:spacing w:after="100"/>
        <w:jc w:val="center"/>
      </w:pPr>
      <w:r>
        <w:rPr>
          <w:sz w:val="18"/>
        </w:rPr>
        <w:t xml:space="preserve">(Ai sensi </w:t>
      </w:r>
      <w:proofErr w:type="spellStart"/>
      <w:r>
        <w:rPr>
          <w:sz w:val="18"/>
        </w:rPr>
        <w:t>degli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artt</w:t>
      </w:r>
      <w:proofErr w:type="spellEnd"/>
      <w:r>
        <w:rPr>
          <w:sz w:val="18"/>
        </w:rPr>
        <w:t xml:space="preserve">. 46 e 47 del D.P.R. 28 </w:t>
      </w:r>
      <w:proofErr w:type="spellStart"/>
      <w:r>
        <w:rPr>
          <w:sz w:val="18"/>
        </w:rPr>
        <w:t>dicembre</w:t>
      </w:r>
      <w:proofErr w:type="spellEnd"/>
      <w:r>
        <w:rPr>
          <w:sz w:val="18"/>
        </w:rPr>
        <w:t xml:space="preserve"> 2000, n. 445)</w:t>
      </w:r>
    </w:p>
    <w:p w14:paraId="0B23650E" w14:textId="77777777" w:rsidR="00A916CC" w:rsidRDefault="00403266">
      <w:pPr>
        <w:spacing w:after="100"/>
      </w:pPr>
      <w:r>
        <w:t xml:space="preserve">Il/La </w:t>
      </w:r>
      <w:proofErr w:type="spellStart"/>
      <w:r>
        <w:t>sottoscritto</w:t>
      </w:r>
      <w:proofErr w:type="spellEnd"/>
      <w:r>
        <w:t>/a ______________________________________________________________</w:t>
      </w:r>
    </w:p>
    <w:p w14:paraId="67E88A86" w14:textId="77777777" w:rsidR="00A916CC" w:rsidRDefault="00403266">
      <w:pPr>
        <w:spacing w:after="100"/>
      </w:pPr>
      <w:proofErr w:type="spellStart"/>
      <w:r>
        <w:t>nato</w:t>
      </w:r>
      <w:proofErr w:type="spellEnd"/>
      <w:r>
        <w:t>/a a _________________________________ (____) il ______________________________</w:t>
      </w:r>
    </w:p>
    <w:p w14:paraId="5F17189C" w14:textId="77777777" w:rsidR="00A916CC" w:rsidRDefault="00403266">
      <w:pPr>
        <w:spacing w:after="100"/>
      </w:pPr>
      <w:proofErr w:type="spellStart"/>
      <w:r>
        <w:t>residente</w:t>
      </w:r>
      <w:proofErr w:type="spellEnd"/>
      <w:r>
        <w:t xml:space="preserve"> a ____________________________________ (____) in via _____________________</w:t>
      </w:r>
    </w:p>
    <w:p w14:paraId="14180206" w14:textId="77777777" w:rsidR="00A916CC" w:rsidRDefault="00403266">
      <w:pPr>
        <w:spacing w:after="100"/>
      </w:pPr>
      <w:r>
        <w:t>___________________________________________________________________ n. _________</w:t>
      </w:r>
    </w:p>
    <w:p w14:paraId="7812627D" w14:textId="77777777" w:rsidR="00A916CC" w:rsidRDefault="00403266">
      <w:pPr>
        <w:spacing w:after="100"/>
      </w:pPr>
      <w:proofErr w:type="spellStart"/>
      <w:r>
        <w:t>consapevole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responsabilità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sanzioni</w:t>
      </w:r>
      <w:proofErr w:type="spellEnd"/>
      <w:r>
        <w:t xml:space="preserve"> </w:t>
      </w:r>
      <w:proofErr w:type="spellStart"/>
      <w:r>
        <w:t>previste</w:t>
      </w:r>
      <w:proofErr w:type="spellEnd"/>
      <w:r>
        <w:t xml:space="preserve"> </w:t>
      </w:r>
      <w:proofErr w:type="spellStart"/>
      <w:r>
        <w:t>dall’art</w:t>
      </w:r>
      <w:proofErr w:type="spellEnd"/>
      <w:r>
        <w:t xml:space="preserve">. 76 del D.P.R. 445/2000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dichiarazioni</w:t>
      </w:r>
      <w:proofErr w:type="spellEnd"/>
      <w:r>
        <w:t xml:space="preserve"> non </w:t>
      </w:r>
      <w:proofErr w:type="spellStart"/>
      <w:r>
        <w:t>veritiere</w:t>
      </w:r>
      <w:proofErr w:type="spellEnd"/>
      <w:r>
        <w:t>,</w:t>
      </w:r>
    </w:p>
    <w:p w14:paraId="74594C18" w14:textId="77777777" w:rsidR="00A916CC" w:rsidRDefault="00403266">
      <w:pPr>
        <w:spacing w:after="100"/>
        <w:jc w:val="center"/>
      </w:pPr>
      <w:r>
        <w:rPr>
          <w:b/>
        </w:rPr>
        <w:t>DICHIARA</w:t>
      </w:r>
    </w:p>
    <w:p w14:paraId="20C92A22" w14:textId="77777777" w:rsidR="00A916CC" w:rsidRDefault="00403266">
      <w:pPr>
        <w:spacing w:after="100"/>
      </w:pPr>
      <w:r>
        <w:t xml:space="preserve">di non aver </w:t>
      </w:r>
      <w:proofErr w:type="spellStart"/>
      <w:r>
        <w:t>riportato</w:t>
      </w:r>
      <w:proofErr w:type="spellEnd"/>
      <w:r>
        <w:t xml:space="preserve"> </w:t>
      </w:r>
      <w:proofErr w:type="spellStart"/>
      <w:r>
        <w:t>provvedimenti</w:t>
      </w:r>
      <w:proofErr w:type="spellEnd"/>
      <w:r>
        <w:t xml:space="preserve"> </w:t>
      </w:r>
      <w:proofErr w:type="spellStart"/>
      <w:r>
        <w:t>giudiziari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di </w:t>
      </w:r>
      <w:proofErr w:type="spellStart"/>
      <w:r>
        <w:t>condanna</w:t>
      </w:r>
      <w:proofErr w:type="spellEnd"/>
      <w:r>
        <w:t xml:space="preserve"> </w:t>
      </w:r>
      <w:proofErr w:type="spellStart"/>
      <w:r>
        <w:t>definitivi</w:t>
      </w:r>
      <w:proofErr w:type="spellEnd"/>
      <w:r>
        <w:t xml:space="preserve"> e di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destinatario</w:t>
      </w:r>
      <w:proofErr w:type="spellEnd"/>
      <w:r>
        <w:t xml:space="preserve">/a di </w:t>
      </w:r>
      <w:proofErr w:type="spellStart"/>
      <w:r>
        <w:t>provvedimenti</w:t>
      </w:r>
      <w:proofErr w:type="spellEnd"/>
      <w:r>
        <w:t xml:space="preserve"> </w:t>
      </w:r>
      <w:proofErr w:type="spellStart"/>
      <w:r>
        <w:t>giudiziari</w:t>
      </w:r>
      <w:proofErr w:type="spellEnd"/>
      <w:r>
        <w:t xml:space="preserve"> </w:t>
      </w:r>
      <w:proofErr w:type="spellStart"/>
      <w:r>
        <w:t>definitivi</w:t>
      </w:r>
      <w:proofErr w:type="spellEnd"/>
      <w:r>
        <w:t xml:space="preserve"> </w:t>
      </w:r>
      <w:proofErr w:type="spellStart"/>
      <w:r>
        <w:t>concernenti</w:t>
      </w:r>
      <w:proofErr w:type="spellEnd"/>
      <w:r>
        <w:t xml:space="preserve"> </w:t>
      </w:r>
      <w:proofErr w:type="spellStart"/>
      <w:r>
        <w:t>l’applicazione</w:t>
      </w:r>
      <w:proofErr w:type="spellEnd"/>
      <w:r>
        <w:t xml:space="preserve"> di </w:t>
      </w:r>
      <w:proofErr w:type="spellStart"/>
      <w:r>
        <w:t>misure</w:t>
      </w:r>
      <w:proofErr w:type="spellEnd"/>
      <w:r>
        <w:t xml:space="preserve"> di </w:t>
      </w:r>
      <w:proofErr w:type="spellStart"/>
      <w:r>
        <w:t>sicurezza</w:t>
      </w:r>
      <w:proofErr w:type="spellEnd"/>
      <w:r>
        <w:t xml:space="preserve"> o </w:t>
      </w:r>
      <w:proofErr w:type="spellStart"/>
      <w:r>
        <w:t>prevenzione</w:t>
      </w:r>
      <w:proofErr w:type="spellEnd"/>
      <w:r>
        <w:t xml:space="preserve">, né di </w:t>
      </w:r>
      <w:proofErr w:type="spellStart"/>
      <w:r>
        <w:t>provvedimenti</w:t>
      </w:r>
      <w:proofErr w:type="spellEnd"/>
      <w:r>
        <w:t xml:space="preserve"> </w:t>
      </w:r>
      <w:proofErr w:type="spellStart"/>
      <w:r>
        <w:t>giudiziari</w:t>
      </w:r>
      <w:proofErr w:type="spellEnd"/>
      <w:r>
        <w:t xml:space="preserve"> </w:t>
      </w:r>
      <w:proofErr w:type="spellStart"/>
      <w:r>
        <w:t>civili</w:t>
      </w:r>
      <w:proofErr w:type="spellEnd"/>
      <w:r>
        <w:t xml:space="preserve"> o </w:t>
      </w:r>
      <w:proofErr w:type="spellStart"/>
      <w:r>
        <w:t>amministrativi</w:t>
      </w:r>
      <w:proofErr w:type="spellEnd"/>
      <w:r>
        <w:t xml:space="preserve"> </w:t>
      </w:r>
      <w:proofErr w:type="spellStart"/>
      <w:r>
        <w:t>definitivi</w:t>
      </w:r>
      <w:proofErr w:type="spellEnd"/>
      <w:r>
        <w:t xml:space="preserve"> </w:t>
      </w:r>
      <w:proofErr w:type="spellStart"/>
      <w:r>
        <w:t>iscritti</w:t>
      </w:r>
      <w:proofErr w:type="spellEnd"/>
      <w:r>
        <w:t xml:space="preserve"> </w:t>
      </w:r>
      <w:proofErr w:type="spellStart"/>
      <w:r>
        <w:t>nel</w:t>
      </w:r>
      <w:proofErr w:type="spellEnd"/>
      <w:r>
        <w:t xml:space="preserve"> </w:t>
      </w:r>
      <w:proofErr w:type="spellStart"/>
      <w:r>
        <w:t>casellario</w:t>
      </w:r>
      <w:proofErr w:type="spellEnd"/>
      <w:r>
        <w:t xml:space="preserve"> </w:t>
      </w:r>
      <w:proofErr w:type="spellStart"/>
      <w:r>
        <w:t>giudiziale</w:t>
      </w:r>
      <w:proofErr w:type="spellEnd"/>
      <w:r>
        <w:t xml:space="preserve"> ai sensi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vigente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>;</w:t>
      </w:r>
    </w:p>
    <w:p w14:paraId="6062261A" w14:textId="77777777" w:rsidR="00A916CC" w:rsidRDefault="00403266">
      <w:pPr>
        <w:spacing w:after="100"/>
        <w:jc w:val="center"/>
      </w:pPr>
      <w:r>
        <w:rPr>
          <w:b/>
        </w:rPr>
        <w:t>DICHIARA INOLTRE</w:t>
      </w:r>
    </w:p>
    <w:p w14:paraId="305CA5CA" w14:textId="77777777" w:rsidR="00A916CC" w:rsidRDefault="00403266">
      <w:pPr>
        <w:spacing w:after="100"/>
      </w:pPr>
      <w:r>
        <w:t xml:space="preserve">di non </w:t>
      </w:r>
      <w:proofErr w:type="spellStart"/>
      <w:r>
        <w:t>essere</w:t>
      </w:r>
      <w:proofErr w:type="spellEnd"/>
      <w:r>
        <w:t xml:space="preserve"> </w:t>
      </w:r>
      <w:proofErr w:type="spellStart"/>
      <w:r>
        <w:t>sottoposto</w:t>
      </w:r>
      <w:proofErr w:type="spellEnd"/>
      <w:r>
        <w:t xml:space="preserve">/a a </w:t>
      </w:r>
      <w:proofErr w:type="spellStart"/>
      <w:r>
        <w:t>procedimenti</w:t>
      </w:r>
      <w:proofErr w:type="spellEnd"/>
      <w:r>
        <w:t xml:space="preserve"> </w:t>
      </w:r>
      <w:proofErr w:type="spellStart"/>
      <w:r>
        <w:t>penali</w:t>
      </w:r>
      <w:proofErr w:type="spellEnd"/>
      <w:r>
        <w:t xml:space="preserve"> in cui </w:t>
      </w:r>
      <w:proofErr w:type="spellStart"/>
      <w:r>
        <w:t>rivesta</w:t>
      </w:r>
      <w:proofErr w:type="spellEnd"/>
      <w:r>
        <w:t xml:space="preserve"> la </w:t>
      </w:r>
      <w:proofErr w:type="spellStart"/>
      <w:r>
        <w:t>qualità</w:t>
      </w:r>
      <w:proofErr w:type="spellEnd"/>
      <w:r>
        <w:t xml:space="preserve"> di </w:t>
      </w:r>
      <w:proofErr w:type="spellStart"/>
      <w:r>
        <w:t>imputato</w:t>
      </w:r>
      <w:proofErr w:type="spellEnd"/>
      <w:r>
        <w:t xml:space="preserve">/a ai sensi </w:t>
      </w:r>
      <w:proofErr w:type="spellStart"/>
      <w:r>
        <w:t>dell’art</w:t>
      </w:r>
      <w:proofErr w:type="spellEnd"/>
      <w:r>
        <w:t xml:space="preserve">. 60 del </w:t>
      </w:r>
      <w:proofErr w:type="spellStart"/>
      <w:r>
        <w:t>codice</w:t>
      </w:r>
      <w:proofErr w:type="spellEnd"/>
      <w:r>
        <w:t xml:space="preserve"> di </w:t>
      </w:r>
      <w:proofErr w:type="spellStart"/>
      <w:r>
        <w:t>procedura</w:t>
      </w:r>
      <w:proofErr w:type="spellEnd"/>
      <w:r>
        <w:t xml:space="preserve"> </w:t>
      </w:r>
      <w:proofErr w:type="spellStart"/>
      <w:r>
        <w:t>penale</w:t>
      </w:r>
      <w:proofErr w:type="spellEnd"/>
      <w:r>
        <w:t>.</w:t>
      </w:r>
    </w:p>
    <w:p w14:paraId="6D50F0E6" w14:textId="77777777" w:rsidR="00A916CC" w:rsidRDefault="00403266">
      <w:pPr>
        <w:spacing w:after="100"/>
      </w:pPr>
      <w:r>
        <w:t xml:space="preserve">Dichiara di aver </w:t>
      </w:r>
      <w:proofErr w:type="spellStart"/>
      <w:r>
        <w:t>preso</w:t>
      </w:r>
      <w:proofErr w:type="spellEnd"/>
      <w:r>
        <w:t xml:space="preserve"> </w:t>
      </w:r>
      <w:proofErr w:type="spellStart"/>
      <w:r>
        <w:t>visione</w:t>
      </w:r>
      <w:proofErr w:type="spellEnd"/>
      <w:r>
        <w:t xml:space="preserve"> </w:t>
      </w:r>
      <w:proofErr w:type="spellStart"/>
      <w:r>
        <w:t>dell’informativa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resa</w:t>
      </w:r>
      <w:proofErr w:type="spellEnd"/>
      <w:r>
        <w:t xml:space="preserve"> </w:t>
      </w:r>
      <w:proofErr w:type="spellStart"/>
      <w:r>
        <w:t>dall’Ente</w:t>
      </w:r>
      <w:proofErr w:type="spellEnd"/>
      <w:r>
        <w:t xml:space="preserve"> ai sensi del </w:t>
      </w:r>
      <w:proofErr w:type="spellStart"/>
      <w:r>
        <w:t>Regolamento</w:t>
      </w:r>
      <w:proofErr w:type="spellEnd"/>
      <w:r>
        <w:t xml:space="preserve"> (UE) 2016/679.</w:t>
      </w:r>
    </w:p>
    <w:p w14:paraId="5536A270" w14:textId="77777777" w:rsidR="00A916CC" w:rsidRDefault="00403266">
      <w:pPr>
        <w:spacing w:after="100"/>
      </w:pPr>
      <w:proofErr w:type="spellStart"/>
      <w:r>
        <w:t>Luogo</w:t>
      </w:r>
      <w:proofErr w:type="spellEnd"/>
      <w:r>
        <w:t xml:space="preserve"> e data __________________________________________</w:t>
      </w:r>
    </w:p>
    <w:p w14:paraId="2C027855" w14:textId="77777777" w:rsidR="00A916CC" w:rsidRDefault="00403266">
      <w:pPr>
        <w:spacing w:after="100"/>
      </w:pPr>
      <w:proofErr w:type="spellStart"/>
      <w:r>
        <w:t>Firma</w:t>
      </w:r>
      <w:proofErr w:type="spellEnd"/>
      <w:r>
        <w:t xml:space="preserve"> _________________________________________________</w:t>
      </w:r>
    </w:p>
    <w:p w14:paraId="75CF1FF4" w14:textId="77777777" w:rsidR="00A916CC" w:rsidRDefault="00403266">
      <w:pPr>
        <w:spacing w:after="100"/>
      </w:pPr>
      <w:r>
        <w:rPr>
          <w:sz w:val="18"/>
        </w:rPr>
        <w:t xml:space="preserve">Ai sensi </w:t>
      </w:r>
      <w:proofErr w:type="spellStart"/>
      <w:r>
        <w:rPr>
          <w:sz w:val="18"/>
        </w:rPr>
        <w:t>dell’art</w:t>
      </w:r>
      <w:proofErr w:type="spellEnd"/>
      <w:r>
        <w:rPr>
          <w:sz w:val="18"/>
        </w:rPr>
        <w:t xml:space="preserve">. 38 del D.P.R. 445/2000, la </w:t>
      </w:r>
      <w:proofErr w:type="spellStart"/>
      <w:r>
        <w:rPr>
          <w:sz w:val="18"/>
        </w:rPr>
        <w:t>dichiarazione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sottoscritta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può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essere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presentata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unitamente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alla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copia</w:t>
      </w:r>
      <w:proofErr w:type="spellEnd"/>
      <w:r>
        <w:rPr>
          <w:sz w:val="18"/>
        </w:rPr>
        <w:t xml:space="preserve"> non </w:t>
      </w:r>
      <w:proofErr w:type="spellStart"/>
      <w:r>
        <w:rPr>
          <w:sz w:val="18"/>
        </w:rPr>
        <w:t>autenticata</w:t>
      </w:r>
      <w:proofErr w:type="spellEnd"/>
      <w:r>
        <w:rPr>
          <w:sz w:val="18"/>
        </w:rPr>
        <w:t xml:space="preserve"> di un </w:t>
      </w:r>
      <w:proofErr w:type="spellStart"/>
      <w:r>
        <w:rPr>
          <w:sz w:val="18"/>
        </w:rPr>
        <w:t>documento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identità</w:t>
      </w:r>
      <w:proofErr w:type="spellEnd"/>
      <w:r>
        <w:rPr>
          <w:sz w:val="18"/>
        </w:rPr>
        <w:t xml:space="preserve"> in </w:t>
      </w:r>
      <w:proofErr w:type="spellStart"/>
      <w:r>
        <w:rPr>
          <w:sz w:val="18"/>
        </w:rPr>
        <w:t>corso</w:t>
      </w:r>
      <w:proofErr w:type="spellEnd"/>
      <w:r>
        <w:rPr>
          <w:sz w:val="18"/>
        </w:rPr>
        <w:t xml:space="preserve"> di </w:t>
      </w:r>
      <w:proofErr w:type="spellStart"/>
      <w:r>
        <w:rPr>
          <w:sz w:val="18"/>
        </w:rPr>
        <w:t>validità</w:t>
      </w:r>
      <w:proofErr w:type="spellEnd"/>
      <w:r>
        <w:rPr>
          <w:sz w:val="18"/>
        </w:rPr>
        <w:t xml:space="preserve">, salvo </w:t>
      </w:r>
      <w:proofErr w:type="spellStart"/>
      <w:r>
        <w:rPr>
          <w:sz w:val="18"/>
        </w:rPr>
        <w:t>sottoscrizione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nelle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altre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modalità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previste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dalla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legge</w:t>
      </w:r>
      <w:proofErr w:type="spellEnd"/>
      <w:r>
        <w:rPr>
          <w:sz w:val="18"/>
        </w:rPr>
        <w:t>.</w:t>
      </w:r>
    </w:p>
    <w:p w14:paraId="2609D3FF" w14:textId="77777777" w:rsidR="00A916CC" w:rsidRDefault="00403266">
      <w:pPr>
        <w:spacing w:after="100"/>
      </w:pPr>
      <w:r>
        <w:rPr>
          <w:sz w:val="16"/>
        </w:rPr>
        <w:t xml:space="preserve">NOTA PER L’UFFICIO: </w:t>
      </w:r>
      <w:proofErr w:type="spellStart"/>
      <w:r>
        <w:rPr>
          <w:sz w:val="16"/>
        </w:rPr>
        <w:t>modello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ricostruito</w:t>
      </w:r>
      <w:proofErr w:type="spellEnd"/>
      <w:r>
        <w:rPr>
          <w:sz w:val="16"/>
        </w:rPr>
        <w:t xml:space="preserve"> in </w:t>
      </w:r>
      <w:proofErr w:type="spellStart"/>
      <w:r>
        <w:rPr>
          <w:sz w:val="16"/>
        </w:rPr>
        <w:t>formato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editabile</w:t>
      </w:r>
      <w:proofErr w:type="spellEnd"/>
      <w:r>
        <w:rPr>
          <w:sz w:val="16"/>
        </w:rPr>
        <w:t xml:space="preserve"> dal modulo </w:t>
      </w:r>
      <w:proofErr w:type="spellStart"/>
      <w:r>
        <w:rPr>
          <w:sz w:val="16"/>
        </w:rPr>
        <w:t>fornito</w:t>
      </w:r>
      <w:proofErr w:type="spellEnd"/>
      <w:r>
        <w:rPr>
          <w:sz w:val="16"/>
        </w:rPr>
        <w:t xml:space="preserve">. </w:t>
      </w:r>
      <w:proofErr w:type="spellStart"/>
      <w:r>
        <w:rPr>
          <w:sz w:val="16"/>
        </w:rPr>
        <w:t>Verificare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requisiti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iscrizione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allegati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informativa</w:t>
      </w:r>
      <w:proofErr w:type="spellEnd"/>
      <w:r>
        <w:rPr>
          <w:sz w:val="16"/>
        </w:rPr>
        <w:t xml:space="preserve"> privacy prima </w:t>
      </w:r>
      <w:proofErr w:type="spellStart"/>
      <w:r>
        <w:rPr>
          <w:sz w:val="16"/>
        </w:rPr>
        <w:t>dell’utilizzo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ufficiale</w:t>
      </w:r>
      <w:proofErr w:type="spellEnd"/>
      <w:r>
        <w:rPr>
          <w:sz w:val="16"/>
        </w:rPr>
        <w:t>.</w:t>
      </w:r>
    </w:p>
    <w:sectPr w:rsidR="00A916CC" w:rsidSect="00034616">
      <w:pgSz w:w="12240" w:h="15840"/>
      <w:pgMar w:top="1020" w:right="1247" w:bottom="96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36700627">
    <w:abstractNumId w:val="8"/>
  </w:num>
  <w:num w:numId="2" w16cid:durableId="1028220801">
    <w:abstractNumId w:val="6"/>
  </w:num>
  <w:num w:numId="3" w16cid:durableId="1731996613">
    <w:abstractNumId w:val="5"/>
  </w:num>
  <w:num w:numId="4" w16cid:durableId="1378435907">
    <w:abstractNumId w:val="4"/>
  </w:num>
  <w:num w:numId="5" w16cid:durableId="1386953167">
    <w:abstractNumId w:val="7"/>
  </w:num>
  <w:num w:numId="6" w16cid:durableId="500777364">
    <w:abstractNumId w:val="3"/>
  </w:num>
  <w:num w:numId="7" w16cid:durableId="75631936">
    <w:abstractNumId w:val="2"/>
  </w:num>
  <w:num w:numId="8" w16cid:durableId="1044983034">
    <w:abstractNumId w:val="1"/>
  </w:num>
  <w:num w:numId="9" w16cid:durableId="16135845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hyphenationZone w:val="283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0C4"/>
    <w:rsid w:val="0006063C"/>
    <w:rsid w:val="0015074B"/>
    <w:rsid w:val="0029639D"/>
    <w:rsid w:val="00326F90"/>
    <w:rsid w:val="00403266"/>
    <w:rsid w:val="00517750"/>
    <w:rsid w:val="009218A8"/>
    <w:rsid w:val="00A916CC"/>
    <w:rsid w:val="00AA1D8D"/>
    <w:rsid w:val="00B008E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6291D"/>
  <w14:defaultImageDpi w14:val="300"/>
  <w15:docId w15:val="{52F1BD65-C150-4039-9E56-2950BFAD8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Possente Umberto</cp:lastModifiedBy>
  <cp:revision>2</cp:revision>
  <dcterms:created xsi:type="dcterms:W3CDTF">2026-10-22T11:22:00Z</dcterms:created>
  <dcterms:modified xsi:type="dcterms:W3CDTF">2026-10-22T11:22:00Z</dcterms:modified>
  <cp:category/>
</cp:coreProperties>
</file>